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0B074" w14:textId="77777777" w:rsidR="00A810B0" w:rsidRPr="007A4BEC" w:rsidRDefault="00000000">
      <w:pPr>
        <w:jc w:val="right"/>
        <w:rPr>
          <w:lang w:val="ru-RU"/>
        </w:rPr>
      </w:pPr>
      <w:r w:rsidRPr="007A4BEC">
        <w:rPr>
          <w:b/>
          <w:lang w:val="ru-RU"/>
        </w:rPr>
        <w:t>В охрану КП «Павловская Жемчужина»</w:t>
      </w:r>
    </w:p>
    <w:p w14:paraId="03BE05B2" w14:textId="77777777" w:rsidR="00A810B0" w:rsidRPr="007A4BEC" w:rsidRDefault="00000000">
      <w:pPr>
        <w:jc w:val="right"/>
        <w:rPr>
          <w:lang w:val="ru-RU"/>
        </w:rPr>
      </w:pPr>
      <w:r w:rsidRPr="007A4BEC">
        <w:rPr>
          <w:lang w:val="ru-RU"/>
        </w:rPr>
        <w:t>от собственника: ________________________________</w:t>
      </w:r>
      <w:r w:rsidRPr="007A4BEC">
        <w:rPr>
          <w:lang w:val="ru-RU"/>
        </w:rPr>
        <w:br/>
        <w:t>участок № __________</w:t>
      </w:r>
      <w:r w:rsidRPr="007A4BEC">
        <w:rPr>
          <w:lang w:val="ru-RU"/>
        </w:rPr>
        <w:br/>
        <w:t>телефон: ______________________________________</w:t>
      </w:r>
    </w:p>
    <w:p w14:paraId="2BED2FF1" w14:textId="77777777" w:rsidR="00A810B0" w:rsidRPr="007A4BEC" w:rsidRDefault="00000000">
      <w:pPr>
        <w:jc w:val="center"/>
        <w:rPr>
          <w:lang w:val="ru-RU"/>
        </w:rPr>
      </w:pPr>
      <w:r w:rsidRPr="007A4BEC">
        <w:rPr>
          <w:b/>
          <w:sz w:val="28"/>
          <w:lang w:val="ru-RU"/>
        </w:rPr>
        <w:t>ЗАЯВЛЕНИЕ</w:t>
      </w:r>
      <w:r w:rsidRPr="007A4BEC">
        <w:rPr>
          <w:b/>
          <w:sz w:val="28"/>
          <w:lang w:val="ru-RU"/>
        </w:rPr>
        <w:br/>
        <w:t>на временный допуск строителей / подрядчиков</w:t>
      </w:r>
    </w:p>
    <w:p w14:paraId="455505D2" w14:textId="77777777" w:rsidR="00A810B0" w:rsidRPr="007A4BEC" w:rsidRDefault="00000000">
      <w:pPr>
        <w:spacing w:after="160"/>
        <w:rPr>
          <w:lang w:val="ru-RU"/>
        </w:rPr>
      </w:pPr>
      <w:r w:rsidRPr="007A4BEC">
        <w:rPr>
          <w:lang w:val="ru-RU"/>
        </w:rPr>
        <w:t>Прошу предоставить временный допуск на территорию КП «Павловская Жемчужина» строителям / подрядчикам, выполняющим работы на принадлежащем мне участке.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864"/>
      </w:tblGrid>
      <w:tr w:rsidR="00A810B0" w14:paraId="18317330" w14:textId="77777777" w:rsidTr="007A4BEC">
        <w:trPr>
          <w:trHeight w:val="709"/>
          <w:jc w:val="center"/>
        </w:trPr>
        <w:tc>
          <w:tcPr>
            <w:tcW w:w="2948" w:type="dxa"/>
            <w:vAlign w:val="center"/>
          </w:tcPr>
          <w:p w14:paraId="69CD17E3" w14:textId="77777777" w:rsidR="00A810B0" w:rsidRDefault="00000000">
            <w:pPr>
              <w:spacing w:before="60" w:after="60" w:line="264" w:lineRule="auto"/>
            </w:pPr>
            <w:proofErr w:type="spellStart"/>
            <w:r>
              <w:rPr>
                <w:b/>
              </w:rPr>
              <w:t>Номер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участка</w:t>
            </w:r>
            <w:proofErr w:type="spellEnd"/>
          </w:p>
        </w:tc>
        <w:tc>
          <w:tcPr>
            <w:tcW w:w="6864" w:type="dxa"/>
            <w:vAlign w:val="center"/>
          </w:tcPr>
          <w:p w14:paraId="7C1A4E0E" w14:textId="77777777" w:rsidR="00A810B0" w:rsidRDefault="00000000">
            <w:pPr>
              <w:spacing w:before="60" w:after="60" w:line="264" w:lineRule="auto"/>
            </w:pPr>
            <w:r>
              <w:t>____________________________</w:t>
            </w:r>
          </w:p>
        </w:tc>
      </w:tr>
      <w:tr w:rsidR="00A810B0" w14:paraId="39DAEC7B" w14:textId="77777777" w:rsidTr="007A4BEC">
        <w:trPr>
          <w:trHeight w:val="822"/>
          <w:jc w:val="center"/>
        </w:trPr>
        <w:tc>
          <w:tcPr>
            <w:tcW w:w="2948" w:type="dxa"/>
            <w:vAlign w:val="center"/>
          </w:tcPr>
          <w:p w14:paraId="3C1CB4E8" w14:textId="77777777" w:rsidR="00A810B0" w:rsidRDefault="00000000">
            <w:pPr>
              <w:spacing w:before="60" w:after="60" w:line="264" w:lineRule="auto"/>
            </w:pPr>
            <w:r>
              <w:rPr>
                <w:b/>
              </w:rPr>
              <w:t>Период допуска</w:t>
            </w:r>
          </w:p>
        </w:tc>
        <w:tc>
          <w:tcPr>
            <w:tcW w:w="6864" w:type="dxa"/>
            <w:vAlign w:val="center"/>
          </w:tcPr>
          <w:p w14:paraId="3454F229" w14:textId="77777777" w:rsidR="00A810B0" w:rsidRDefault="00000000">
            <w:pPr>
              <w:spacing w:before="60" w:after="60" w:line="264" w:lineRule="auto"/>
            </w:pPr>
            <w:r>
              <w:t>с «____» __________ 20____ г.  по «____» __________ 20____ г.</w:t>
            </w:r>
          </w:p>
        </w:tc>
      </w:tr>
      <w:tr w:rsidR="00A810B0" w14:paraId="45225169" w14:textId="77777777" w:rsidTr="007A4BEC">
        <w:trPr>
          <w:trHeight w:val="879"/>
          <w:jc w:val="center"/>
        </w:trPr>
        <w:tc>
          <w:tcPr>
            <w:tcW w:w="2948" w:type="dxa"/>
            <w:vAlign w:val="center"/>
          </w:tcPr>
          <w:p w14:paraId="1EAEFF81" w14:textId="77777777" w:rsidR="00A810B0" w:rsidRDefault="00000000">
            <w:pPr>
              <w:spacing w:before="60" w:after="60" w:line="264" w:lineRule="auto"/>
            </w:pPr>
            <w:r>
              <w:rPr>
                <w:b/>
              </w:rPr>
              <w:t>ФИО ответственного</w:t>
            </w:r>
          </w:p>
        </w:tc>
        <w:tc>
          <w:tcPr>
            <w:tcW w:w="6864" w:type="dxa"/>
            <w:vAlign w:val="center"/>
          </w:tcPr>
          <w:p w14:paraId="3A8CC304" w14:textId="77777777" w:rsidR="00A810B0" w:rsidRDefault="00000000">
            <w:pPr>
              <w:spacing w:before="60" w:after="60" w:line="264" w:lineRule="auto"/>
            </w:pPr>
            <w:r>
              <w:t>________________________________________________</w:t>
            </w:r>
          </w:p>
        </w:tc>
      </w:tr>
      <w:tr w:rsidR="00A810B0" w14:paraId="73060A53" w14:textId="77777777" w:rsidTr="007A4BEC">
        <w:trPr>
          <w:trHeight w:val="822"/>
          <w:jc w:val="center"/>
        </w:trPr>
        <w:tc>
          <w:tcPr>
            <w:tcW w:w="2948" w:type="dxa"/>
            <w:vAlign w:val="center"/>
          </w:tcPr>
          <w:p w14:paraId="509A04A2" w14:textId="77777777" w:rsidR="00A810B0" w:rsidRDefault="00000000">
            <w:pPr>
              <w:spacing w:before="60" w:after="60" w:line="264" w:lineRule="auto"/>
            </w:pPr>
            <w:r>
              <w:rPr>
                <w:b/>
              </w:rPr>
              <w:t>Телефон ответственного</w:t>
            </w:r>
          </w:p>
        </w:tc>
        <w:tc>
          <w:tcPr>
            <w:tcW w:w="6864" w:type="dxa"/>
            <w:vAlign w:val="center"/>
          </w:tcPr>
          <w:p w14:paraId="3FB08C60" w14:textId="77777777" w:rsidR="00A810B0" w:rsidRDefault="00000000">
            <w:pPr>
              <w:spacing w:before="60" w:after="60" w:line="264" w:lineRule="auto"/>
            </w:pPr>
            <w:r>
              <w:t>________________________________________________</w:t>
            </w:r>
          </w:p>
        </w:tc>
      </w:tr>
      <w:tr w:rsidR="00A810B0" w14:paraId="523947FC" w14:textId="77777777" w:rsidTr="007A4BEC">
        <w:trPr>
          <w:trHeight w:val="1219"/>
          <w:jc w:val="center"/>
        </w:trPr>
        <w:tc>
          <w:tcPr>
            <w:tcW w:w="2948" w:type="dxa"/>
            <w:vAlign w:val="center"/>
          </w:tcPr>
          <w:p w14:paraId="49C70EFC" w14:textId="77777777" w:rsidR="00A810B0" w:rsidRDefault="00000000">
            <w:pPr>
              <w:spacing w:before="60" w:after="60" w:line="264" w:lineRule="auto"/>
            </w:pPr>
            <w:r>
              <w:rPr>
                <w:b/>
              </w:rPr>
              <w:t>Примечание</w:t>
            </w:r>
          </w:p>
        </w:tc>
        <w:tc>
          <w:tcPr>
            <w:tcW w:w="6864" w:type="dxa"/>
            <w:vAlign w:val="center"/>
          </w:tcPr>
          <w:p w14:paraId="52BE9D0E" w14:textId="77777777" w:rsidR="00A810B0" w:rsidRDefault="00000000">
            <w:pPr>
              <w:spacing w:before="60" w:after="60" w:line="264" w:lineRule="auto"/>
              <w:rPr>
                <w:lang w:val="ru-RU"/>
              </w:rPr>
            </w:pPr>
            <w:r>
              <w:t>________________________________________________</w:t>
            </w:r>
            <w:r>
              <w:br/>
              <w:t>________________________________________________</w:t>
            </w:r>
          </w:p>
          <w:p w14:paraId="7496A4B2" w14:textId="77777777" w:rsidR="00DC2893" w:rsidRPr="00DC2893" w:rsidRDefault="00DC2893">
            <w:pPr>
              <w:spacing w:before="60" w:after="60" w:line="264" w:lineRule="auto"/>
              <w:rPr>
                <w:lang w:val="ru-RU"/>
              </w:rPr>
            </w:pPr>
          </w:p>
        </w:tc>
      </w:tr>
    </w:tbl>
    <w:p w14:paraId="7A8B6A2E" w14:textId="77777777" w:rsidR="00A810B0" w:rsidRDefault="00A810B0"/>
    <w:p w14:paraId="51756C88" w14:textId="77777777" w:rsidR="00A810B0" w:rsidRPr="007A4BEC" w:rsidRDefault="00000000">
      <w:pPr>
        <w:spacing w:after="120"/>
        <w:rPr>
          <w:lang w:val="ru-RU"/>
        </w:rPr>
      </w:pPr>
      <w:r w:rsidRPr="007A4BEC">
        <w:rPr>
          <w:b/>
          <w:lang w:val="ru-RU"/>
        </w:rPr>
        <w:t>Порядок допуска:</w:t>
      </w:r>
      <w:r w:rsidRPr="007A4BEC">
        <w:rPr>
          <w:lang w:val="ru-RU"/>
        </w:rPr>
        <w:t xml:space="preserve"> временный допуск действует только в указанный период. Строители и подрядчики в постоянную базу номеров шлагбаума не вносятся. При въезде необходимо сообщить охране номер участка и ФИО собственника либо ответственного лица.</w:t>
      </w:r>
    </w:p>
    <w:p w14:paraId="20D18722" w14:textId="77777777" w:rsidR="00A810B0" w:rsidRPr="007A4BEC" w:rsidRDefault="00000000">
      <w:pPr>
        <w:rPr>
          <w:lang w:val="ru-RU"/>
        </w:rPr>
      </w:pPr>
      <w:r w:rsidRPr="007A4BEC">
        <w:rPr>
          <w:lang w:val="ru-RU"/>
        </w:rPr>
        <w:t>По окончании указанного периода допуск прекращается. Для продления необходимо подать новое заявление либо заранее уведомить охрану в порядке, установленном ТСН.</w:t>
      </w:r>
    </w:p>
    <w:p w14:paraId="1DE2E44B" w14:textId="77777777" w:rsidR="007A4BEC" w:rsidRDefault="00000000">
      <w:pPr>
        <w:rPr>
          <w:lang w:val="ru-RU"/>
        </w:rPr>
      </w:pPr>
      <w:proofErr w:type="spellStart"/>
      <w:r>
        <w:rPr>
          <w:b/>
        </w:rPr>
        <w:t>Дата</w:t>
      </w:r>
      <w:proofErr w:type="spellEnd"/>
      <w:r>
        <w:rPr>
          <w:b/>
        </w:rPr>
        <w:t>: «____» __________ 20____ г.</w:t>
      </w:r>
      <w:r>
        <w:t xml:space="preserve">          </w:t>
      </w:r>
    </w:p>
    <w:p w14:paraId="2139E225" w14:textId="3634AD23" w:rsidR="00A810B0" w:rsidRDefault="00000000">
      <w:proofErr w:type="spellStart"/>
      <w:r>
        <w:t>Подпись</w:t>
      </w:r>
      <w:proofErr w:type="spellEnd"/>
      <w:r>
        <w:t xml:space="preserve"> </w:t>
      </w:r>
      <w:proofErr w:type="spellStart"/>
      <w:r>
        <w:t>собственника</w:t>
      </w:r>
      <w:proofErr w:type="spellEnd"/>
      <w:r>
        <w:t>: __________________ / __________________________</w:t>
      </w:r>
    </w:p>
    <w:p w14:paraId="44A56129" w14:textId="30996F7C" w:rsidR="00A810B0" w:rsidRPr="007A4BEC" w:rsidRDefault="00A810B0">
      <w:pPr>
        <w:jc w:val="right"/>
        <w:rPr>
          <w:lang w:val="ru-RU"/>
        </w:rPr>
      </w:pPr>
    </w:p>
    <w:sectPr w:rsidR="00A810B0" w:rsidRPr="007A4BE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1057057">
    <w:abstractNumId w:val="8"/>
  </w:num>
  <w:num w:numId="2" w16cid:durableId="1873302974">
    <w:abstractNumId w:val="6"/>
  </w:num>
  <w:num w:numId="3" w16cid:durableId="100270975">
    <w:abstractNumId w:val="5"/>
  </w:num>
  <w:num w:numId="4" w16cid:durableId="942881574">
    <w:abstractNumId w:val="4"/>
  </w:num>
  <w:num w:numId="5" w16cid:durableId="15083663">
    <w:abstractNumId w:val="7"/>
  </w:num>
  <w:num w:numId="6" w16cid:durableId="748424625">
    <w:abstractNumId w:val="3"/>
  </w:num>
  <w:num w:numId="7" w16cid:durableId="1175918080">
    <w:abstractNumId w:val="2"/>
  </w:num>
  <w:num w:numId="8" w16cid:durableId="743528036">
    <w:abstractNumId w:val="1"/>
  </w:num>
  <w:num w:numId="9" w16cid:durableId="1941180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A4BEC"/>
    <w:rsid w:val="00911BC2"/>
    <w:rsid w:val="00A810B0"/>
    <w:rsid w:val="00AA1D8D"/>
    <w:rsid w:val="00B47730"/>
    <w:rsid w:val="00CB0664"/>
    <w:rsid w:val="00DC28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4FE25"/>
  <w14:defaultImageDpi w14:val="300"/>
  <w15:docId w15:val="{3A660CB9-63DD-41E4-B2F1-2189FC1FB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Мари</cp:lastModifiedBy>
  <cp:revision>3</cp:revision>
  <dcterms:created xsi:type="dcterms:W3CDTF">2013-12-23T23:15:00Z</dcterms:created>
  <dcterms:modified xsi:type="dcterms:W3CDTF">2026-09-17T20:06:00Z</dcterms:modified>
  <cp:category/>
</cp:coreProperties>
</file>